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4"/>
        </w:rPr>
        <w:t>🌸 YOU ARE NOT ALONE 🌸</w:t>
        <w:br/>
      </w:r>
      <w:r>
        <w:rPr>
          <w:sz w:val="28"/>
        </w:rPr>
        <w:t>A Hope Guide for Families Affected by Addiction</w:t>
        <w:br/>
        <w:t>Blooming Through Brokenness</w:t>
      </w:r>
    </w:p>
    <w:p>
      <w:r>
        <w:rPr>
          <w:b/>
          <w:sz w:val="32"/>
        </w:rPr>
        <w:br/>
        <w:t>🌿 Welcome Home</w:t>
        <w:br/>
      </w:r>
    </w:p>
    <w:p>
      <w:r>
        <w:t>If you are reading this guide because someone you love is struggling with addiction, I want you to know something immediately: You are not alone.</w:t>
        <w:br/>
        <w:br/>
        <w:t>The road you are walking can feel lonely, exhausting, and heartbreaking. Yet even here, God sees you, loves you, and walks beside you. This guide was created to offer hope, encouragement, and practical next steps for the journey ahead.</w:t>
        <w:br/>
        <w:br/>
        <w:t>With hope,</w:t>
        <w:br/>
        <w:t>DeeAnn Sierra</w:t>
        <w:br/>
        <w:t>Founder, Blooming Through Brokenness</w:t>
      </w:r>
    </w:p>
    <w:p>
      <w:r>
        <w:rPr>
          <w:b/>
          <w:sz w:val="32"/>
        </w:rPr>
        <w:br/>
        <w:t>🌿 What You May Be Feeling</w:t>
        <w:br/>
      </w:r>
    </w:p>
    <w:p>
      <w:r>
        <w:t>Fear. Anger. Shame. Guilt. Exhaustion. Grief. Loneliness.</w:t>
        <w:br/>
        <w:br/>
        <w:t>Families affected by addiction often carry burdens nobody else can see. If you feel overwhelmed, it doesn't mean you're weak. It means you're carrying something heavy.</w:t>
      </w:r>
    </w:p>
    <w:p>
      <w:r>
        <w:rPr>
          <w:b/>
          <w:sz w:val="32"/>
        </w:rPr>
        <w:br/>
        <w:t>🌿 Three Truths You Need Today</w:t>
        <w:br/>
      </w:r>
    </w:p>
    <w:p>
      <w:r>
        <w:t>1. You did not cause it.</w:t>
        <w:br/>
        <w:t>2. You cannot control it.</w:t>
        <w:br/>
        <w:t>3. You cannot cure it.</w:t>
        <w:br/>
        <w:br/>
        <w:t>And one more truth: Your well-being matters too.</w:t>
      </w:r>
    </w:p>
    <w:p>
      <w:r>
        <w:rPr>
          <w:b/>
          <w:sz w:val="32"/>
        </w:rPr>
        <w:br/>
        <w:t>🌿 Loving Without Losing Yourself</w:t>
        <w:br/>
      </w:r>
    </w:p>
    <w:p>
      <w:r>
        <w:t>Healthy boundaries are not punishment. They are an act of love.</w:t>
        <w:br/>
        <w:br/>
        <w:t>You can love deeply and still say no. You can pray for someone and still protect your peace. You can care without carrying responsibilities that do not belong to you.</w:t>
      </w:r>
    </w:p>
    <w:p>
      <w:r>
        <w:rPr>
          <w:b/>
          <w:sz w:val="32"/>
        </w:rPr>
        <w:br/>
        <w:t>🌿 A Prayer for the Hard Days</w:t>
        <w:br/>
      </w:r>
    </w:p>
    <w:p>
      <w:r>
        <w:t>Heavenly Father,</w:t>
        <w:br/>
        <w:br/>
        <w:t>Today I place my fears, worries, and loved one into Your hands. Give me wisdom where I need direction, peace where I feel anxious, and strength where I feel weary. Help me trust You with what I cannot control and remind me that I am never alone.</w:t>
        <w:br/>
        <w:br/>
        <w:t>Amen.</w:t>
      </w:r>
    </w:p>
    <w:p>
      <w:r>
        <w:rPr>
          <w:b/>
          <w:sz w:val="32"/>
        </w:rPr>
        <w:br/>
        <w:t>🌿 Scriptures for Hope</w:t>
        <w:br/>
      </w:r>
    </w:p>
    <w:p>
      <w:r>
        <w:t>Isaiah 41:10</w:t>
        <w:br/>
        <w:t>Joshua 1:9</w:t>
        <w:br/>
        <w:t>Romans 15:13</w:t>
        <w:br/>
        <w:t>Psalm 34:18</w:t>
        <w:br/>
        <w:t>Philippians 4:13</w:t>
        <w:br/>
        <w:t>Romans 15:13</w:t>
      </w:r>
    </w:p>
    <w:p>
      <w:r>
        <w:rPr>
          <w:b/>
          <w:sz w:val="32"/>
        </w:rPr>
        <w:br/>
        <w:t>🌿 Reflection Questions</w:t>
        <w:br/>
      </w:r>
    </w:p>
    <w:p>
      <w:r>
        <w:t>• What burden am I carrying that belongs to God?</w:t>
        <w:br/>
        <w:t>• What boundary might I need to consider?</w:t>
        <w:br/>
        <w:t>• Where have I seen God's faithfulness?</w:t>
        <w:br/>
        <w:t>• What is one next faithful step I can take today?</w:t>
      </w:r>
    </w:p>
    <w:p>
      <w:r>
        <w:rPr>
          <w:b/>
          <w:sz w:val="32"/>
        </w:rPr>
        <w:br/>
        <w:t>🌿 There Is Still Hope</w:t>
        <w:br/>
      </w:r>
    </w:p>
    <w:p>
      <w:r>
        <w:t>Recovery is possible.</w:t>
        <w:br/>
        <w:t>Healing is possible.</w:t>
        <w:br/>
        <w:t>Peace is possible.</w:t>
        <w:br/>
        <w:t>Boundaries are possible.</w:t>
        <w:br/>
        <w:br/>
        <w:t>Most importantly, you are not alone.</w:t>
        <w:br/>
        <w:br/>
        <w:t>One day at a time.</w:t>
        <w:br/>
        <w:t>One prayer at a time.</w:t>
        <w:br/>
        <w:t>One step at a time.</w:t>
      </w:r>
    </w:p>
    <w:p>
      <w:r>
        <w:br w:type="page"/>
      </w:r>
    </w:p>
    <w:p>
      <w:pPr>
        <w:jc w:val="center"/>
      </w:pPr>
      <w:r>
        <w:rPr>
          <w:b/>
        </w:rPr>
        <w:t>🌸 Blooming Through Brokenness 🌸</w:t>
        <w:br/>
        <w:t>Helping Families Find Hope in Hard Places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